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Atoms and Isotopes – Practice Worksheet</w:t>
      </w:r>
    </w:p>
    <w:p>
      <w:r>
        <w:t>Grade 9 | Low English Level (SPP L2)</w:t>
      </w:r>
    </w:p>
    <w:p>
      <w:pPr>
        <w:pStyle w:val="Heading2"/>
      </w:pPr>
      <w:r>
        <w:t>Part 1 – Key Words</w:t>
      </w:r>
    </w:p>
    <w:p>
      <w:r>
        <w:t>Match the word to the meaning. Write the letter of the meaning in the box.</w:t>
        <w:br/>
      </w:r>
    </w:p>
    <w:p>
      <w:r>
        <w:t>1. Proton   ☐</w:t>
        <w:br/>
        <w:t>2. Neutron  ☐</w:t>
        <w:br/>
        <w:t>3. Electron ☐</w:t>
        <w:br/>
        <w:t>4. Atomic Number (Z) ☐</w:t>
        <w:br/>
        <w:t>5. Mass Number (A)   ☐</w:t>
        <w:br/>
        <w:t>6. Isotope  ☐</w:t>
        <w:br/>
        <w:br/>
        <w:t>A. Negative particle around the nucleus</w:t>
        <w:br/>
        <w:t>B. Positive particle in the nucleus</w:t>
        <w:br/>
        <w:t>C. Same element, same protons, different neutrons</w:t>
        <w:br/>
        <w:t>D. Total protons and neutrons</w:t>
        <w:br/>
        <w:t>E. Neutral particle in the nucleus</w:t>
        <w:br/>
        <w:t>F. Number of protons</w:t>
      </w:r>
    </w:p>
    <w:p>
      <w:pPr>
        <w:pStyle w:val="Heading2"/>
      </w:pPr>
      <w:r>
        <w:t>Part 2 – Fill in the Blank</w:t>
      </w:r>
    </w:p>
    <w:p>
      <w:r>
        <w:t>1. The atomic number tells us the number of __________.</w:t>
        <w:br/>
        <w:t>2. The mass number tells us the number of __________ plus __________.</w:t>
        <w:br/>
        <w:t>3. Neutrons = __________ – __________.</w:t>
        <w:br/>
        <w:t>4. In a neutral atom, the number of protons is the same as the number of __________.</w:t>
      </w:r>
    </w:p>
    <w:p>
      <w:pPr>
        <w:pStyle w:val="Heading2"/>
      </w:pPr>
      <w:r>
        <w:t>Part 3 – Find p, n, e</w:t>
      </w:r>
    </w:p>
    <w:p>
      <w:r>
        <w:t>For each atom, fill in the table.</w:t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Atom</w:t>
            </w:r>
          </w:p>
        </w:tc>
        <w:tc>
          <w:tcPr>
            <w:tcW w:type="dxa" w:w="2160"/>
          </w:tcPr>
          <w:p>
            <w:r>
              <w:t>Protons (p)</w:t>
            </w:r>
          </w:p>
        </w:tc>
        <w:tc>
          <w:tcPr>
            <w:tcW w:type="dxa" w:w="2160"/>
          </w:tcPr>
          <w:p>
            <w:r>
              <w:t>Neutrons (n)</w:t>
            </w:r>
          </w:p>
        </w:tc>
        <w:tc>
          <w:tcPr>
            <w:tcW w:type="dxa" w:w="2160"/>
          </w:tcPr>
          <w:p>
            <w:r>
              <w:t>Electrons (e)</w:t>
            </w:r>
          </w:p>
        </w:tc>
      </w:tr>
      <w:tr>
        <w:tc>
          <w:tcPr>
            <w:tcW w:type="dxa" w:w="2160"/>
          </w:tcPr>
          <w:p>
            <w:r>
              <w:t>O-16  (¹⁶₈O)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Cl-35 (³⁵₁₇Cl)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Al-27 (²⁷₁₃Al)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C-12 (¹²₆C)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C-14 (¹⁴₆C)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Part 4 – Isotope Check</w:t>
      </w:r>
    </w:p>
    <w:p>
      <w:r>
        <w:t>Look at these two isotopes of hydrogen:</w:t>
        <w:br/>
        <w:t>¹₁H and ²₁H</w:t>
        <w:br/>
        <w:t>Fill in the numbers of protons, neutrons, and electrons for each.</w:t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Isotope</w:t>
            </w:r>
          </w:p>
        </w:tc>
        <w:tc>
          <w:tcPr>
            <w:tcW w:type="dxa" w:w="2160"/>
          </w:tcPr>
          <w:p>
            <w:r>
              <w:t>Protons (p)</w:t>
            </w:r>
          </w:p>
        </w:tc>
        <w:tc>
          <w:tcPr>
            <w:tcW w:type="dxa" w:w="2160"/>
          </w:tcPr>
          <w:p>
            <w:r>
              <w:t>Neutrons (n)</w:t>
            </w:r>
          </w:p>
        </w:tc>
        <w:tc>
          <w:tcPr>
            <w:tcW w:type="dxa" w:w="2160"/>
          </w:tcPr>
          <w:p>
            <w:r>
              <w:t>Electrons (e)</w:t>
            </w:r>
          </w:p>
        </w:tc>
      </w:tr>
      <w:tr>
        <w:tc>
          <w:tcPr>
            <w:tcW w:type="dxa" w:w="2160"/>
          </w:tcPr>
          <w:p>
            <w:r>
              <w:t>¹₁H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²₁H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Part 5 – Challenge Question</w:t>
      </w:r>
    </w:p>
    <w:p>
      <w:r>
        <w:t>An atom has 9 protons and 10 neutrons.</w:t>
        <w:br/>
        <w:t>1. What is its atomic number?</w:t>
        <w:br/>
        <w:t>2. What is its mass number?</w:t>
        <w:br/>
        <w:t>3. How many electrons does it have (if it is neutral)?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