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59C5" w:rsidRDefault="00000000">
      <w:pPr>
        <w:pStyle w:val="Heading1"/>
      </w:pPr>
      <w:r>
        <w:t>Grade 10 Science – Lab Safety, Waves, Light, and Photosynthesis</w:t>
      </w:r>
      <w:r w:rsidR="005375B9">
        <w:t xml:space="preserve"> </w:t>
      </w:r>
      <w:r w:rsidR="005375B9">
        <w:tab/>
        <w:t>Name: _____________</w:t>
      </w:r>
    </w:p>
    <w:p w:rsidR="004A59C5" w:rsidRDefault="00000000">
      <w:pPr>
        <w:pStyle w:val="Heading2"/>
      </w:pPr>
      <w:r>
        <w:t>Part A – Lab Safety Refresher</w:t>
      </w:r>
    </w:p>
    <w:p w:rsidR="004A59C5" w:rsidRDefault="00000000">
      <w:r>
        <w:t>1. Circle the correct action in each scenario:</w:t>
      </w:r>
    </w:p>
    <w:p w:rsidR="004A59C5" w:rsidRDefault="00000000">
      <w:r>
        <w:t xml:space="preserve">   a) Wearing goggles while heating chemicals / Not wearing goggles while heating chemicals</w:t>
      </w:r>
    </w:p>
    <w:p w:rsidR="004A59C5" w:rsidRDefault="00000000">
      <w:r>
        <w:t xml:space="preserve">   b) Eating during a lab experiment / Eating only after leaving the lab</w:t>
      </w:r>
    </w:p>
    <w:p w:rsidR="004A59C5" w:rsidRDefault="00000000">
      <w:r>
        <w:t xml:space="preserve">   c) Reporting a spill immediately / Cleaning a spill without telling the teacher</w:t>
      </w:r>
    </w:p>
    <w:p w:rsidR="004A59C5" w:rsidRDefault="00000000">
      <w:r>
        <w:t>2. Write two reasons why lab safety is important.</w:t>
      </w:r>
    </w:p>
    <w:p w:rsidR="005375B9" w:rsidRDefault="005375B9"/>
    <w:p w:rsidR="005375B9" w:rsidRDefault="005375B9"/>
    <w:p w:rsidR="005375B9" w:rsidRDefault="005375B9"/>
    <w:p w:rsidR="004A59C5" w:rsidRDefault="00000000">
      <w:pPr>
        <w:pStyle w:val="Heading2"/>
      </w:pPr>
      <w:r>
        <w:t>Part B – Wave Properties Review</w:t>
      </w:r>
    </w:p>
    <w:p w:rsidR="004A59C5" w:rsidRDefault="00000000">
      <w:r>
        <w:t xml:space="preserve">3. Label the following parts on </w:t>
      </w:r>
      <w:r w:rsidR="005375B9">
        <w:t>a</w:t>
      </w:r>
      <w:r>
        <w:t xml:space="preserve"> wave diagram: wavelength, crest, trough, amplitude.</w:t>
      </w:r>
    </w:p>
    <w:p w:rsidR="005375B9" w:rsidRDefault="005375B9"/>
    <w:p w:rsidR="005375B9" w:rsidRDefault="005375B9"/>
    <w:p w:rsidR="005375B9" w:rsidRDefault="005375B9"/>
    <w:p w:rsidR="004A59C5" w:rsidRDefault="00000000">
      <w:r>
        <w:t>4. If a wave has a frequency of 10 Hz and a wavelength of 2 m, what is its speed?</w:t>
      </w:r>
    </w:p>
    <w:p w:rsidR="005375B9" w:rsidRDefault="005375B9"/>
    <w:p w:rsidR="005375B9" w:rsidRDefault="005375B9"/>
    <w:p w:rsidR="004A59C5" w:rsidRDefault="00000000">
      <w:r>
        <w:t>5. Which has more energy: a wave with a frequency of 5 Hz or 15 Hz? Explain.</w:t>
      </w:r>
    </w:p>
    <w:p w:rsidR="005375B9" w:rsidRDefault="005375B9"/>
    <w:p w:rsidR="005375B9" w:rsidRDefault="005375B9"/>
    <w:p w:rsidR="005375B9" w:rsidRDefault="005375B9"/>
    <w:p w:rsidR="004A59C5" w:rsidRDefault="00000000">
      <w:pPr>
        <w:pStyle w:val="Heading2"/>
      </w:pPr>
      <w:r>
        <w:t>Part C – Electromagnetic Spectrum</w:t>
      </w:r>
    </w:p>
    <w:p w:rsidR="004A59C5" w:rsidRDefault="00000000">
      <w:r>
        <w:t>6. Arrange the following from longest wavelength to shortest: X-rays, radio waves, visible light, infrared, gamma rays, ultraviolet, microwaves.</w:t>
      </w:r>
    </w:p>
    <w:p w:rsidR="005375B9" w:rsidRDefault="005375B9"/>
    <w:p w:rsidR="005375B9" w:rsidRDefault="005375B9"/>
    <w:p w:rsidR="005375B9" w:rsidRDefault="005375B9"/>
    <w:p w:rsidR="005375B9" w:rsidRDefault="005375B9"/>
    <w:p w:rsidR="004A59C5" w:rsidRDefault="00000000">
      <w:r>
        <w:lastRenderedPageBreak/>
        <w:t>7. Which type of EM wave is used in:</w:t>
      </w:r>
    </w:p>
    <w:p w:rsidR="004A59C5" w:rsidRDefault="00000000">
      <w:r>
        <w:t xml:space="preserve">   a) Cooking food in a microwave oven</w:t>
      </w:r>
    </w:p>
    <w:p w:rsidR="005375B9" w:rsidRDefault="005375B9"/>
    <w:p w:rsidR="004A59C5" w:rsidRDefault="00000000">
      <w:r>
        <w:t xml:space="preserve">   b) </w:t>
      </w:r>
      <w:proofErr w:type="gramStart"/>
      <w:r>
        <w:t>Medical</w:t>
      </w:r>
      <w:proofErr w:type="gramEnd"/>
      <w:r>
        <w:t xml:space="preserve"> imaging of bones</w:t>
      </w:r>
    </w:p>
    <w:p w:rsidR="005375B9" w:rsidRDefault="005375B9"/>
    <w:p w:rsidR="004A59C5" w:rsidRDefault="00000000">
      <w:r>
        <w:t xml:space="preserve">   c) Remote controls</w:t>
      </w:r>
    </w:p>
    <w:p w:rsidR="005375B9" w:rsidRDefault="005375B9"/>
    <w:p w:rsidR="004A59C5" w:rsidRDefault="00000000">
      <w:pPr>
        <w:pStyle w:val="Heading2"/>
      </w:pPr>
      <w:r>
        <w:t>Part D – Visible Light and Absorption, Transmission, Reflection</w:t>
      </w:r>
    </w:p>
    <w:p w:rsidR="004A59C5" w:rsidRDefault="00000000">
      <w:r>
        <w:t>8. Match the situation to the main interaction with light:</w:t>
      </w:r>
    </w:p>
    <w:p w:rsidR="004A59C5" w:rsidRDefault="00000000">
      <w:r>
        <w:t xml:space="preserve">   a) A mirror – Absorption / Transmission / Reflection</w:t>
      </w:r>
    </w:p>
    <w:p w:rsidR="004A59C5" w:rsidRDefault="00000000">
      <w:r>
        <w:t xml:space="preserve">   b) A window – Absorption / Transmission / Reflection</w:t>
      </w:r>
    </w:p>
    <w:p w:rsidR="004A59C5" w:rsidRDefault="00000000">
      <w:r>
        <w:t xml:space="preserve">   c) A black T-shirt – Absorption / Transmission / Reflection</w:t>
      </w:r>
    </w:p>
    <w:p w:rsidR="004A59C5" w:rsidRDefault="00000000">
      <w:r>
        <w:t>9. Why does a red apple appear red?</w:t>
      </w:r>
    </w:p>
    <w:p w:rsidR="005375B9" w:rsidRDefault="005375B9"/>
    <w:p w:rsidR="005375B9" w:rsidRDefault="005375B9"/>
    <w:p w:rsidR="005375B9" w:rsidRDefault="005375B9"/>
    <w:p w:rsidR="004A59C5" w:rsidRDefault="00000000">
      <w:pPr>
        <w:pStyle w:val="Heading2"/>
      </w:pPr>
      <w:r>
        <w:t>Part E – Photosynthesis</w:t>
      </w:r>
    </w:p>
    <w:p w:rsidR="004A59C5" w:rsidRDefault="00000000">
      <w:r>
        <w:t>10. Write the word equation for photosynthesis.</w:t>
      </w:r>
    </w:p>
    <w:p w:rsidR="005375B9" w:rsidRDefault="005375B9"/>
    <w:p w:rsidR="005375B9" w:rsidRDefault="005375B9"/>
    <w:p w:rsidR="005375B9" w:rsidRDefault="005375B9"/>
    <w:p w:rsidR="004A59C5" w:rsidRDefault="00000000">
      <w:r>
        <w:t>11. Write the balanced chemical equation for photosynthesis.</w:t>
      </w:r>
    </w:p>
    <w:p w:rsidR="005375B9" w:rsidRDefault="005375B9"/>
    <w:p w:rsidR="005375B9" w:rsidRDefault="005375B9"/>
    <w:p w:rsidR="005375B9" w:rsidRDefault="005375B9"/>
    <w:p w:rsidR="004A59C5" w:rsidRDefault="00000000">
      <w:r>
        <w:t>12. Why is photosynthesis important for life on Earth? Give two reasons.</w:t>
      </w:r>
    </w:p>
    <w:p w:rsidR="005375B9" w:rsidRDefault="005375B9"/>
    <w:p w:rsidR="005375B9" w:rsidRDefault="005375B9"/>
    <w:p w:rsidR="004A59C5" w:rsidRDefault="00000000">
      <w:pPr>
        <w:pStyle w:val="Heading1"/>
      </w:pPr>
      <w:r>
        <w:lastRenderedPageBreak/>
        <w:t>Answer Key</w:t>
      </w:r>
    </w:p>
    <w:p w:rsidR="004A59C5" w:rsidRDefault="00000000">
      <w:r>
        <w:t>1. a) Wearing goggles while heating chemicals, b) Eating only after leaving the lab, c) Reporting a spill immediately</w:t>
      </w:r>
    </w:p>
    <w:p w:rsidR="004A59C5" w:rsidRDefault="00000000">
      <w:r>
        <w:t>2. Possible answers: Prevents injuries and accidents, Protects equipment and ensures accurate results.</w:t>
      </w:r>
    </w:p>
    <w:p w:rsidR="004A59C5" w:rsidRDefault="00000000">
      <w:r>
        <w:t>3. Students should label: wavelength (crest to crest), crest (top), trough (bottom), amplitude (height from rest position to crest).</w:t>
      </w:r>
    </w:p>
    <w:p w:rsidR="004A59C5" w:rsidRDefault="00000000">
      <w:r>
        <w:t>4. Speed = frequency × wavelength = 10 × 2 = 20 m/s</w:t>
      </w:r>
    </w:p>
    <w:p w:rsidR="004A59C5" w:rsidRDefault="00000000">
      <w:r>
        <w:t>5. 15 Hz has more energy because higher frequency means more energy.</w:t>
      </w:r>
    </w:p>
    <w:p w:rsidR="004A59C5" w:rsidRDefault="00000000">
      <w:r>
        <w:t>6. Radio waves → Microwaves → Infrared → Visible light → Ultraviolet → X-rays → Gamma rays</w:t>
      </w:r>
    </w:p>
    <w:p w:rsidR="004A59C5" w:rsidRDefault="00000000">
      <w:r>
        <w:t>7. a) Microwaves, b) X-rays, c) Infrared</w:t>
      </w:r>
    </w:p>
    <w:p w:rsidR="004A59C5" w:rsidRDefault="00000000">
      <w:r>
        <w:t>8. a) Reflection, b) Transmission, c) Absorption</w:t>
      </w:r>
    </w:p>
    <w:p w:rsidR="004A59C5" w:rsidRDefault="00000000">
      <w:r>
        <w:t>9. A red apple reflects red light and absorbs other colours.</w:t>
      </w:r>
    </w:p>
    <w:p w:rsidR="004A59C5" w:rsidRDefault="00000000">
      <w:r>
        <w:t>10. Carbon dioxide + water → glucose + oxygen</w:t>
      </w:r>
    </w:p>
    <w:p w:rsidR="004A59C5" w:rsidRDefault="00000000">
      <w:r>
        <w:t>11. 6CO₂ + 6H₂O → C₆H₁₂O₆ + 6O₂</w:t>
      </w:r>
    </w:p>
    <w:p w:rsidR="004A59C5" w:rsidRDefault="00000000">
      <w:r>
        <w:t>12. Produces oxygen for respiration; converts light energy into chemical energy for food chains.</w:t>
      </w:r>
    </w:p>
    <w:sectPr w:rsidR="004A59C5" w:rsidSect="005375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8191237">
    <w:abstractNumId w:val="8"/>
  </w:num>
  <w:num w:numId="2" w16cid:durableId="1547060766">
    <w:abstractNumId w:val="6"/>
  </w:num>
  <w:num w:numId="3" w16cid:durableId="1293292023">
    <w:abstractNumId w:val="5"/>
  </w:num>
  <w:num w:numId="4" w16cid:durableId="12922484">
    <w:abstractNumId w:val="4"/>
  </w:num>
  <w:num w:numId="5" w16cid:durableId="55325278">
    <w:abstractNumId w:val="7"/>
  </w:num>
  <w:num w:numId="6" w16cid:durableId="238753434">
    <w:abstractNumId w:val="3"/>
  </w:num>
  <w:num w:numId="7" w16cid:durableId="1205484124">
    <w:abstractNumId w:val="2"/>
  </w:num>
  <w:num w:numId="8" w16cid:durableId="896163248">
    <w:abstractNumId w:val="1"/>
  </w:num>
  <w:num w:numId="9" w16cid:durableId="5670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59C5"/>
    <w:rsid w:val="005375B9"/>
    <w:rsid w:val="00671B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E06415"/>
  <w14:defaultImageDpi w14:val="300"/>
  <w15:docId w15:val="{3DAF96C4-D290-6942-A12C-591424BC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OFS</cp:lastModifiedBy>
  <cp:revision>2</cp:revision>
  <cp:lastPrinted>2025-08-13T01:03:00Z</cp:lastPrinted>
  <dcterms:created xsi:type="dcterms:W3CDTF">2025-08-22T00:55:00Z</dcterms:created>
  <dcterms:modified xsi:type="dcterms:W3CDTF">2025-08-22T00:55:00Z</dcterms:modified>
  <cp:category/>
</cp:coreProperties>
</file>