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Lab Investigation Worksheet – Requirements for Photosynthesis</w:t>
      </w:r>
    </w:p>
    <w:p>
      <w:pPr>
        <w:pStyle w:val="Heading2"/>
      </w:pPr>
      <w:r>
        <w:t>Aim</w:t>
      </w:r>
    </w:p>
    <w:p>
      <w:r>
        <w:t>To investigate the need for light, chlorophyll, and carbon dioxide in photosynthesis using the starch test.</w:t>
      </w:r>
    </w:p>
    <w:p>
      <w:pPr>
        <w:pStyle w:val="Heading2"/>
      </w:pPr>
      <w:r>
        <w:t>Hypothesis</w:t>
      </w:r>
    </w:p>
    <w:p>
      <w:r>
        <w:t>Photosynthesis will only occur in parts of a leaf that receive light, contain chlorophyll, and have access to carbon dioxide. These areas will test positive for starch.</w:t>
      </w:r>
    </w:p>
    <w:p>
      <w:pPr>
        <w:pStyle w:val="Heading2"/>
      </w:pPr>
      <w:r>
        <w:t>Materials</w:t>
      </w:r>
    </w:p>
    <w:p>
      <w:r>
        <w:t>- Healthy green plants that have been de-starched (kept in the dark for 24 hours)</w:t>
        <w:br/>
        <w:t>- Aluminum foil or black paper</w:t>
        <w:br/>
        <w:t>- Variegated leaves</w:t>
        <w:br/>
        <w:t>- Bell jars and glass sheets</w:t>
        <w:br/>
        <w:t>- Sodium or potassium hydroxide</w:t>
        <w:br/>
        <w:t>- Beakers, forceps</w:t>
        <w:br/>
        <w:t>- Boiling water, ethanol, hot plate/water bath</w:t>
        <w:br/>
        <w:t>- Iodine solution</w:t>
        <w:br/>
        <w:t>- Safety goggles, lab coats, gloves</w:t>
      </w:r>
    </w:p>
    <w:p>
      <w:pPr>
        <w:pStyle w:val="Heading2"/>
      </w:pPr>
      <w:r>
        <w:t>Method</w:t>
      </w:r>
    </w:p>
    <w:p>
      <w:r>
        <w:t>Follow these steps for each investigation:</w:t>
      </w:r>
    </w:p>
    <w:p>
      <w:r>
        <w:t>1. **Light requirement test** – Cover part of a leaf with foil in an L-shape and expose to sunlight for several hours.</w:t>
      </w:r>
    </w:p>
    <w:p>
      <w:r>
        <w:t>2. **Chlorophyll requirement test** – Use a variegated leaf from a sunlit plant.</w:t>
      </w:r>
    </w:p>
    <w:p>
      <w:r>
        <w:t>3. **Carbon dioxide requirement test** – Place de-starched plants in two bell jars:</w:t>
      </w:r>
    </w:p>
    <w:p>
      <w:r>
        <w:t xml:space="preserve">   - Jar A: contains sodium hydroxide to absorb CO₂.</w:t>
        <w:br/>
        <w:t xml:space="preserve">   - Jar B: contains normal air.</w:t>
      </w:r>
    </w:p>
    <w:p>
      <w:r>
        <w:t>4. After exposure to light, perform the starch test on leaves:</w:t>
      </w:r>
    </w:p>
    <w:p>
      <w:r>
        <w:t xml:space="preserve">   a) Boil the leaf in water to kill it.</w:t>
        <w:br/>
        <w:t xml:space="preserve">   b) Boil in ethanol to remove chlorophyll (keep away from flames).</w:t>
        <w:br/>
        <w:t xml:space="preserve">   c) Dip briefly in hot water to soften.</w:t>
        <w:br/>
        <w:t xml:space="preserve">   d) Place on a white tile and cover with iodine solution.</w:t>
        <w:br/>
        <w:t xml:space="preserve">   e) Observe any colour change. Blue-black colour indicates starch.</w:t>
      </w:r>
    </w:p>
    <w:p>
      <w:pPr>
        <w:pStyle w:val="Heading2"/>
      </w:pPr>
      <w:r>
        <w:t>Results</w:t>
      </w:r>
    </w:p>
    <w:p>
      <w:r>
        <w:t>Complete the table below with your observations: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Test Type</w:t>
            </w:r>
          </w:p>
        </w:tc>
        <w:tc>
          <w:tcPr>
            <w:tcW w:type="dxa" w:w="2160"/>
          </w:tcPr>
          <w:p>
            <w:r>
              <w:t>Leaf Area Tested</w:t>
            </w:r>
          </w:p>
        </w:tc>
        <w:tc>
          <w:tcPr>
            <w:tcW w:type="dxa" w:w="2160"/>
          </w:tcPr>
          <w:p>
            <w:r>
              <w:t>Observation (Colour Change)</w:t>
            </w:r>
          </w:p>
        </w:tc>
        <w:tc>
          <w:tcPr>
            <w:tcW w:type="dxa" w:w="2160"/>
          </w:tcPr>
          <w:p>
            <w:r>
              <w:t>Starch Present? (Yes/No)</w:t>
            </w:r>
          </w:p>
        </w:tc>
      </w:tr>
    </w:tbl>
    <w:p>
      <w:pPr>
        <w:pStyle w:val="Heading2"/>
      </w:pPr>
      <w:r>
        <w:t>Discussion Questions</w:t>
      </w:r>
    </w:p>
    <w:p>
      <w:r>
        <w:t>1. Which parts of the leaves tested positive for starch in each investigation?</w:t>
      </w:r>
    </w:p>
    <w:p>
      <w:r>
        <w:t>2. How do your results show the need for light in photosynthesis?</w:t>
      </w:r>
    </w:p>
    <w:p>
      <w:r>
        <w:t>3. How do your results show the need for chlorophyll in photosynthesis?</w:t>
      </w:r>
    </w:p>
    <w:p>
      <w:r>
        <w:t>4. How do your results show the need for carbon dioxide in photosynthesis?</w:t>
      </w:r>
    </w:p>
    <w:p>
      <w:r>
        <w:t>5. Why is the plant de-starched before the experiment?</w:t>
      </w:r>
    </w:p>
    <w:p>
      <w:r>
        <w:t>6. How does the starch test provide evidence of photosynthesis?</w:t>
      </w:r>
    </w:p>
    <w:p>
      <w:pPr>
        <w:pStyle w:val="Heading1"/>
      </w:pPr>
      <w:r>
        <w:t>Answer Key (Teacher Use)</w:t>
      </w:r>
    </w:p>
    <w:p>
      <w:r>
        <w:t>**Expected Results:**</w:t>
      </w:r>
    </w:p>
    <w:p>
      <w:r>
        <w:t>- Light requirement: only exposed parts turn blue-black; covered parts remain brown/yellow.</w:t>
      </w:r>
    </w:p>
    <w:p>
      <w:r>
        <w:t>- Chlorophyll requirement: only green areas turn blue-black; white areas remain brown/yellow.</w:t>
      </w:r>
    </w:p>
    <w:p>
      <w:r>
        <w:t>- CO₂ requirement: leaf from jar with normal air turns blue-black; leaf from jar with sodium hydroxide remains brown/yellow.</w:t>
      </w:r>
    </w:p>
    <w:p>
      <w:r>
        <w:t>**Explanation:** Photosynthesis requires light, chlorophyll, and CO₂ to produce glucose, which is stored as starch.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