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2A39" w:rsidRDefault="00000000">
      <w:pPr>
        <w:pStyle w:val="Heading1"/>
      </w:pPr>
      <w:r>
        <w:t>Photosynthesis Worksheet</w:t>
      </w:r>
    </w:p>
    <w:p w:rsidR="00252A39" w:rsidRDefault="00000000">
      <w:r>
        <w:t>Name: ___________________________     Date: ___________________</w:t>
      </w:r>
    </w:p>
    <w:p w:rsidR="00252A39" w:rsidRDefault="00000000">
      <w:pPr>
        <w:pStyle w:val="Heading2"/>
      </w:pPr>
      <w:r>
        <w:t>Part A – Short Answer Questions</w:t>
      </w:r>
    </w:p>
    <w:p w:rsidR="00252A39" w:rsidRDefault="00000000" w:rsidP="00B21391">
      <w:pPr>
        <w:pStyle w:val="ListParagraph"/>
        <w:numPr>
          <w:ilvl w:val="0"/>
          <w:numId w:val="10"/>
        </w:numPr>
      </w:pPr>
      <w:r>
        <w:t>Define photosynthesis in your own words.</w:t>
      </w:r>
    </w:p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>List the three main requirements for photosynthesis.</w:t>
      </w:r>
    </w:p>
    <w:p w:rsidR="00B21391" w:rsidRDefault="00B21391" w:rsidP="00B21391">
      <w:pPr>
        <w:pStyle w:val="ListParagraph"/>
      </w:pPr>
    </w:p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>Explain why carbon dioxide is necessary for photosynthesis.</w:t>
      </w:r>
    </w:p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>What happens to the parts of a leaf that are covered with foil during a photosynthesis test? Why?</w:t>
      </w:r>
    </w:p>
    <w:p w:rsidR="00B21391" w:rsidRDefault="00B21391" w:rsidP="00B21391">
      <w:pPr>
        <w:pStyle w:val="ListParagraph"/>
      </w:pPr>
    </w:p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>Give two uses of glucose in plants.</w:t>
      </w:r>
    </w:p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>Why is oxygen important for animals and humans?</w:t>
      </w:r>
    </w:p>
    <w:p w:rsidR="00B21391" w:rsidRDefault="00B21391" w:rsidP="00B21391">
      <w:pPr>
        <w:pStyle w:val="ListParagraph"/>
      </w:pPr>
    </w:p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 xml:space="preserve">Explain </w:t>
      </w:r>
      <w:proofErr w:type="gramStart"/>
      <w:r>
        <w:t>one way</w:t>
      </w:r>
      <w:proofErr w:type="gramEnd"/>
      <w:r>
        <w:t xml:space="preserve"> plants use sugars to make other important substances.</w:t>
      </w:r>
    </w:p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>Give two reasons why photosynthesis is important for humans.</w:t>
      </w:r>
    </w:p>
    <w:p w:rsidR="00B21391" w:rsidRDefault="00B21391" w:rsidP="00B21391">
      <w:pPr>
        <w:pStyle w:val="ListParagraph"/>
      </w:pPr>
    </w:p>
    <w:p w:rsidR="00B21391" w:rsidRDefault="00B21391" w:rsidP="00B21391"/>
    <w:p w:rsidR="00252A39" w:rsidRDefault="00000000">
      <w:pPr>
        <w:pStyle w:val="Heading2"/>
      </w:pPr>
      <w:r>
        <w:t>Part C – Application Questions</w:t>
      </w:r>
    </w:p>
    <w:p w:rsidR="00252A39" w:rsidRDefault="00000000" w:rsidP="00B21391">
      <w:pPr>
        <w:pStyle w:val="ListParagraph"/>
        <w:numPr>
          <w:ilvl w:val="0"/>
          <w:numId w:val="10"/>
        </w:numPr>
      </w:pPr>
      <w:r>
        <w:t>A pondweed experiment collects bubbles of gas in light. How can you test if the gas is oxygen?</w:t>
      </w:r>
    </w:p>
    <w:p w:rsidR="00B21391" w:rsidRDefault="00B21391" w:rsidP="00B21391"/>
    <w:p w:rsidR="00B21391" w:rsidRDefault="00B21391" w:rsidP="00B21391"/>
    <w:p w:rsidR="00252A39" w:rsidRDefault="00000000" w:rsidP="00B21391">
      <w:pPr>
        <w:pStyle w:val="ListParagraph"/>
        <w:numPr>
          <w:ilvl w:val="0"/>
          <w:numId w:val="10"/>
        </w:numPr>
      </w:pPr>
      <w:r>
        <w:t>Imagine photosynthesis stopped worldwide. Write two major consequences for life on Earth.</w:t>
      </w:r>
    </w:p>
    <w:p w:rsidR="00B21391" w:rsidRDefault="00B21391" w:rsidP="00B21391">
      <w:pPr>
        <w:pStyle w:val="ListParagraph"/>
      </w:pPr>
    </w:p>
    <w:p w:rsidR="00B21391" w:rsidRDefault="00B21391" w:rsidP="00B21391"/>
    <w:p w:rsidR="00252A39" w:rsidRDefault="00000000">
      <w:pPr>
        <w:pStyle w:val="Heading1"/>
      </w:pPr>
      <w:r>
        <w:lastRenderedPageBreak/>
        <w:t>Answer Key (Teacher Use)</w:t>
      </w:r>
    </w:p>
    <w:p w:rsidR="00252A39" w:rsidRDefault="00000000">
      <w:r>
        <w:t>1. Photosynthesis is the process by which green plants make glucose (food) from carbon dioxide and water using light energy in chlorophyll.</w:t>
      </w:r>
    </w:p>
    <w:p w:rsidR="00252A39" w:rsidRDefault="00000000">
      <w:r>
        <w:t>2. Light, carbon dioxide, and water.</w:t>
      </w:r>
    </w:p>
    <w:p w:rsidR="00252A39" w:rsidRDefault="00000000">
      <w:r>
        <w:t>3. Carbon dioxide provides the carbon atoms that are built into glucose.</w:t>
      </w:r>
    </w:p>
    <w:p w:rsidR="00252A39" w:rsidRDefault="00000000">
      <w:r>
        <w:t>4. The covered part does not turn blue-black with iodine because it could not receive light and so could not photosynthesize.</w:t>
      </w:r>
    </w:p>
    <w:p w:rsidR="00252A39" w:rsidRDefault="00000000">
      <w:r>
        <w:t>5. Glucose can be used for respiration to release energy, stored as starch, or converted to cellulose for cell walls.</w:t>
      </w:r>
    </w:p>
    <w:p w:rsidR="00252A39" w:rsidRDefault="00000000">
      <w:r>
        <w:t>6. Oxygen is essential for respiration in animals and humans to release energy from food.</w:t>
      </w:r>
    </w:p>
    <w:p w:rsidR="00252A39" w:rsidRDefault="00000000">
      <w:r>
        <w:t>7. Sugars can combine with nitrates to form amino acids, which are used to make proteins.</w:t>
      </w:r>
    </w:p>
    <w:p w:rsidR="00252A39" w:rsidRDefault="00000000">
      <w:r>
        <w:t>8. Provides food directly or indirectly, and maintains oxygen and carbon dioxide balance in the atmosphere.</w:t>
      </w:r>
    </w:p>
    <w:p w:rsidR="00252A39" w:rsidRDefault="00000000">
      <w:r>
        <w:t>9. Place a glowing splint into the gas. If it relights, the gas is oxygen.</w:t>
      </w:r>
    </w:p>
    <w:p w:rsidR="00252A39" w:rsidRDefault="00000000">
      <w:r>
        <w:t>10. Food chains would collapse without plant food production, and oxygen levels would fall while carbon dioxide levels would rise.</w:t>
      </w:r>
    </w:p>
    <w:sectPr w:rsidR="00252A39" w:rsidSect="00B213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5A6BCB"/>
    <w:multiLevelType w:val="hybridMultilevel"/>
    <w:tmpl w:val="3704E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629942">
    <w:abstractNumId w:val="8"/>
  </w:num>
  <w:num w:numId="2" w16cid:durableId="820389595">
    <w:abstractNumId w:val="6"/>
  </w:num>
  <w:num w:numId="3" w16cid:durableId="1200631306">
    <w:abstractNumId w:val="5"/>
  </w:num>
  <w:num w:numId="4" w16cid:durableId="1489520715">
    <w:abstractNumId w:val="4"/>
  </w:num>
  <w:num w:numId="5" w16cid:durableId="1762988340">
    <w:abstractNumId w:val="7"/>
  </w:num>
  <w:num w:numId="6" w16cid:durableId="1111244821">
    <w:abstractNumId w:val="3"/>
  </w:num>
  <w:num w:numId="7" w16cid:durableId="963927997">
    <w:abstractNumId w:val="2"/>
  </w:num>
  <w:num w:numId="8" w16cid:durableId="51778987">
    <w:abstractNumId w:val="1"/>
  </w:num>
  <w:num w:numId="9" w16cid:durableId="2094426626">
    <w:abstractNumId w:val="0"/>
  </w:num>
  <w:num w:numId="10" w16cid:durableId="17040914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2A39"/>
    <w:rsid w:val="002708E1"/>
    <w:rsid w:val="0029639D"/>
    <w:rsid w:val="00326F90"/>
    <w:rsid w:val="00AA1D8D"/>
    <w:rsid w:val="00B21391"/>
    <w:rsid w:val="00B47730"/>
    <w:rsid w:val="00BC653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5D1E3F"/>
  <w14:defaultImageDpi w14:val="300"/>
  <w15:docId w15:val="{3DAF96C4-D290-6942-A12C-591424BC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OFS</cp:lastModifiedBy>
  <cp:revision>3</cp:revision>
  <cp:lastPrinted>2025-08-18T02:48:00Z</cp:lastPrinted>
  <dcterms:created xsi:type="dcterms:W3CDTF">2025-08-22T00:59:00Z</dcterms:created>
  <dcterms:modified xsi:type="dcterms:W3CDTF">2026-04-13T00:28:00Z</dcterms:modified>
  <cp:category/>
</cp:coreProperties>
</file>