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3A76" w:rsidRDefault="00000000">
      <w:pPr>
        <w:pStyle w:val="Heading1"/>
      </w:pPr>
      <w:r>
        <w:t>Photosynthesis Vocabulary Worksheet</w:t>
      </w:r>
    </w:p>
    <w:p w:rsidR="00713A76" w:rsidRDefault="00000000">
      <w:r>
        <w:t>Name: ___________________________     Date: ___________________</w:t>
      </w:r>
    </w:p>
    <w:p w:rsidR="00713A76" w:rsidRDefault="00000000">
      <w:pPr>
        <w:pStyle w:val="Heading2"/>
      </w:pPr>
      <w:r>
        <w:t>Part A – Match the Terms with Their Definitions</w:t>
      </w:r>
    </w:p>
    <w:p w:rsidR="00713A76" w:rsidRDefault="00000000">
      <w:r>
        <w:t>1. Photosynthesis</w:t>
      </w:r>
      <w:r>
        <w:br/>
        <w:t>2. Chlorophyll</w:t>
      </w:r>
      <w:r>
        <w:br/>
        <w:t>3. Glucose</w:t>
      </w:r>
      <w:r>
        <w:br/>
        <w:t>4. Carbon dioxide</w:t>
      </w:r>
      <w:r>
        <w:br/>
        <w:t>5. Oxygen</w:t>
      </w:r>
      <w:r>
        <w:br/>
        <w:t>6. Starch</w:t>
      </w:r>
      <w:r>
        <w:br/>
        <w:t>7. Cellulose</w:t>
      </w:r>
      <w:r>
        <w:br/>
        <w:t>8. Amino acids</w:t>
      </w:r>
      <w:r>
        <w:br/>
        <w:t>9. Respiration</w:t>
      </w:r>
      <w:r>
        <w:br/>
        <w:t>10. Habitat</w:t>
      </w:r>
    </w:p>
    <w:p w:rsidR="00713A76" w:rsidRDefault="00000000">
      <w:r>
        <w:t>a. A sugar produced in photosynthesis that provides energy for plants.</w:t>
      </w:r>
      <w:r>
        <w:br/>
        <w:t>b. The process by which green plants make food using light, carbon dioxide, and water.</w:t>
      </w:r>
      <w:r>
        <w:br/>
        <w:t>c. A green pigment in plants that absorbs light energy for photosynthesis.</w:t>
      </w:r>
      <w:r>
        <w:br/>
        <w:t>d. A gas taken in from the air that provides carbon for making sugars.</w:t>
      </w:r>
      <w:r>
        <w:br/>
        <w:t>e. A carbohydrate used by plants to store glucose.</w:t>
      </w:r>
      <w:r>
        <w:br/>
        <w:t>f. A gas released during photosynthesis that animals need for breathing.</w:t>
      </w:r>
      <w:r>
        <w:br/>
        <w:t>g. The process that uses oxygen to release energy from food.</w:t>
      </w:r>
      <w:r>
        <w:br/>
        <w:t>h. The building blocks of proteins, made from sugars and nitrates.</w:t>
      </w:r>
      <w:r>
        <w:br/>
        <w:t>i. A strong carbohydrate used to make plant cell walls.</w:t>
      </w:r>
      <w:r>
        <w:br/>
        <w:t>j. The natural home or environment of an organism.</w:t>
      </w:r>
    </w:p>
    <w:p w:rsidR="00713A76" w:rsidRDefault="00000000">
      <w:pPr>
        <w:pStyle w:val="Heading2"/>
      </w:pPr>
      <w:r>
        <w:t>Part B – Fill in the Blanks</w:t>
      </w:r>
    </w:p>
    <w:p w:rsidR="00713A76" w:rsidRDefault="00000000">
      <w:r>
        <w:t>1. The green pigment called __________ absorbs light energy needed for photosynthesis.</w:t>
      </w:r>
      <w:r>
        <w:br/>
        <w:t>2. During photosynthesis, plants take in __________ from the air and water from the soil.</w:t>
      </w:r>
      <w:r>
        <w:br/>
        <w:t>3. The main food made in photosynthesis is the sugar called __________.</w:t>
      </w:r>
      <w:r>
        <w:br/>
        <w:t>4. Excess glucose is stored in plants as __________.</w:t>
      </w:r>
      <w:r>
        <w:br/>
        <w:t>5. Plants combine glucose with nitrates to make __________, which are used to build proteins.</w:t>
      </w:r>
    </w:p>
    <w:p w:rsidR="00713A76" w:rsidRDefault="00000000">
      <w:pPr>
        <w:pStyle w:val="Heading2"/>
      </w:pPr>
      <w:r>
        <w:t>Part C – Short Answer</w:t>
      </w:r>
    </w:p>
    <w:p w:rsidR="00713A76" w:rsidRDefault="00000000">
      <w:r>
        <w:t>1. Why is oxygen important for animals and humans?</w:t>
      </w:r>
    </w:p>
    <w:p w:rsidR="00713A76" w:rsidRDefault="00000000">
      <w:r>
        <w:t>2. How do plants use cellulose made from glucose?</w:t>
      </w:r>
    </w:p>
    <w:p w:rsidR="00713A76" w:rsidRDefault="00000000">
      <w:r>
        <w:t>3. Give one reason why photosynthesis is important for the environment.</w:t>
      </w:r>
    </w:p>
    <w:p w:rsidR="008E1B0F" w:rsidRDefault="008E1B0F"/>
    <w:p w:rsidR="00713A76" w:rsidRDefault="00000000">
      <w:pPr>
        <w:pStyle w:val="Heading1"/>
      </w:pPr>
      <w:r>
        <w:lastRenderedPageBreak/>
        <w:t>Answer Key (Teacher Use)</w:t>
      </w:r>
    </w:p>
    <w:p w:rsidR="00713A76" w:rsidRDefault="00000000">
      <w:r>
        <w:t>Part A: 1-b, 2-c, 3-a, 4-d, 5-f, 6-e, 7-i, 8-h, 9-g, 10-j</w:t>
      </w:r>
    </w:p>
    <w:p w:rsidR="00713A76" w:rsidRDefault="00000000">
      <w:r>
        <w:t>Part B: 1. Chlorophyll  2. Carbon dioxide  3. Glucose  4. Starch  5. Amino acids</w:t>
      </w:r>
    </w:p>
    <w:p w:rsidR="00713A76" w:rsidRDefault="00000000">
      <w:r>
        <w:t xml:space="preserve">Part C Sample Answers: </w:t>
      </w:r>
      <w:r>
        <w:br/>
        <w:t xml:space="preserve">1. Oxygen is needed for respiration in animals and humans. </w:t>
      </w:r>
      <w:r>
        <w:br/>
        <w:t xml:space="preserve">2. Cellulose is used to make strong cell walls. </w:t>
      </w:r>
      <w:r>
        <w:br/>
        <w:t>3. Photosynthesis reduces carbon dioxide and provides food and oxygen for life.</w:t>
      </w:r>
    </w:p>
    <w:sectPr w:rsidR="00713A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4184648">
    <w:abstractNumId w:val="8"/>
  </w:num>
  <w:num w:numId="2" w16cid:durableId="1144082512">
    <w:abstractNumId w:val="6"/>
  </w:num>
  <w:num w:numId="3" w16cid:durableId="262765922">
    <w:abstractNumId w:val="5"/>
  </w:num>
  <w:num w:numId="4" w16cid:durableId="636498753">
    <w:abstractNumId w:val="4"/>
  </w:num>
  <w:num w:numId="5" w16cid:durableId="536234450">
    <w:abstractNumId w:val="7"/>
  </w:num>
  <w:num w:numId="6" w16cid:durableId="710308264">
    <w:abstractNumId w:val="3"/>
  </w:num>
  <w:num w:numId="7" w16cid:durableId="1080443616">
    <w:abstractNumId w:val="2"/>
  </w:num>
  <w:num w:numId="8" w16cid:durableId="897477214">
    <w:abstractNumId w:val="1"/>
  </w:num>
  <w:num w:numId="9" w16cid:durableId="78508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0F6F"/>
    <w:rsid w:val="00713A76"/>
    <w:rsid w:val="008E1B0F"/>
    <w:rsid w:val="00AA1D8D"/>
    <w:rsid w:val="00B47730"/>
    <w:rsid w:val="00CB0664"/>
    <w:rsid w:val="00DF27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F3E0E"/>
  <w14:defaultImageDpi w14:val="300"/>
  <w15:docId w15:val="{3DAF96C4-D290-6942-A12C-591424BC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OFS</cp:lastModifiedBy>
  <cp:revision>3</cp:revision>
  <cp:lastPrinted>2025-08-18T02:51:00Z</cp:lastPrinted>
  <dcterms:created xsi:type="dcterms:W3CDTF">2025-08-22T00:57:00Z</dcterms:created>
  <dcterms:modified xsi:type="dcterms:W3CDTF">2026-04-13T00:30:00Z</dcterms:modified>
  <cp:category/>
</cp:coreProperties>
</file>