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C0E33" w14:textId="77777777" w:rsidR="00C519A9" w:rsidRPr="001D26C7" w:rsidRDefault="00000000">
      <w:pPr>
        <w:pStyle w:val="Title"/>
        <w:rPr>
          <w:sz w:val="44"/>
          <w:szCs w:val="44"/>
        </w:rPr>
      </w:pPr>
      <w:r w:rsidRPr="001D26C7">
        <w:rPr>
          <w:sz w:val="44"/>
          <w:szCs w:val="44"/>
        </w:rPr>
        <w:t>Grade 9 Science – Criterion D Summative Task</w:t>
      </w:r>
    </w:p>
    <w:p w14:paraId="7329A1A0" w14:textId="77777777" w:rsidR="00C519A9" w:rsidRDefault="00000000">
      <w:pPr>
        <w:pStyle w:val="Heading1"/>
      </w:pPr>
      <w:r>
        <w:t>Unit Title: Earth’s Systems</w:t>
      </w:r>
    </w:p>
    <w:p w14:paraId="1F2A74EF" w14:textId="77777777" w:rsidR="00C519A9" w:rsidRDefault="00000000">
      <w:pPr>
        <w:pStyle w:val="Heading2"/>
      </w:pPr>
      <w:r>
        <w:t>Situation</w:t>
      </w:r>
    </w:p>
    <w:p w14:paraId="3AD4A767" w14:textId="77777777" w:rsidR="00C519A9" w:rsidRDefault="00000000">
      <w:r>
        <w:t>Scientific understanding of Earth’s systems has evolved over centuries. From the motion of tectonic plates to the cycling of carbon and the remarkable adaptability of life, scientists continue to study how Earth's processes shape the environment and human society. As a science communicator, you will explore one of these topics and present its real-world impacts, both positive and negative.</w:t>
      </w:r>
    </w:p>
    <w:p w14:paraId="0B26E533" w14:textId="77777777" w:rsidR="00C519A9" w:rsidRDefault="00000000">
      <w:pPr>
        <w:pStyle w:val="Heading2"/>
      </w:pPr>
      <w:r>
        <w:t>Goal</w:t>
      </w:r>
    </w:p>
    <w:p w14:paraId="6E3393A4" w14:textId="77777777" w:rsidR="00C519A9" w:rsidRDefault="00000000">
      <w:r>
        <w:t>You will conduct an in-depth investigation into one of five Earth’s Systems topics. Your goal is to produce a well-organized, research-based paper that explains the scientific principles involved, explores applications of science in society, evaluates impacts, and includes a personal reflection. You must also demonstrate visual and analytical communication by including labeled diagrams or visuals.</w:t>
      </w:r>
    </w:p>
    <w:p w14:paraId="4BB3EAAC" w14:textId="77777777" w:rsidR="00C519A9" w:rsidRDefault="00000000">
      <w:pPr>
        <w:pStyle w:val="Heading2"/>
      </w:pPr>
      <w:r>
        <w:t>Role</w:t>
      </w:r>
    </w:p>
    <w:p w14:paraId="503E9822" w14:textId="77777777" w:rsidR="00C519A9" w:rsidRDefault="00000000">
      <w:r>
        <w:t>You are a science researcher and communicator presenting your findings in the form of a research paper.</w:t>
      </w:r>
    </w:p>
    <w:p w14:paraId="0C5F2D6A" w14:textId="77777777" w:rsidR="00C519A9" w:rsidRDefault="00000000">
      <w:pPr>
        <w:pStyle w:val="Heading2"/>
      </w:pPr>
      <w:r>
        <w:t>Audience</w:t>
      </w:r>
    </w:p>
    <w:p w14:paraId="3A5E05EA" w14:textId="77777777" w:rsidR="00C519A9" w:rsidRDefault="00000000">
      <w:r>
        <w:t>Your peers, teacher, and a broader scientifically literate audience.</w:t>
      </w:r>
    </w:p>
    <w:p w14:paraId="4415A3A5" w14:textId="77777777" w:rsidR="00C519A9" w:rsidRDefault="00000000">
      <w:pPr>
        <w:pStyle w:val="Heading2"/>
      </w:pPr>
      <w:r>
        <w:t>Product</w:t>
      </w:r>
    </w:p>
    <w:p w14:paraId="0D33CF48" w14:textId="77777777" w:rsidR="00C519A9" w:rsidRDefault="00000000">
      <w:r>
        <w:t>You will submit a 1000–1200 word research paper on one of the following topics:</w:t>
      </w:r>
      <w:r>
        <w:br/>
        <w:t>- Earth’s Surface Changes</w:t>
      </w:r>
      <w:r>
        <w:br/>
        <w:t>- Thermal Convection</w:t>
      </w:r>
      <w:r>
        <w:br/>
        <w:t>- Properties of Water</w:t>
      </w:r>
      <w:r>
        <w:br/>
        <w:t>- Carbon Cycling</w:t>
      </w:r>
      <w:r>
        <w:br/>
        <w:t>- Coevolution</w:t>
      </w:r>
      <w:r>
        <w:br/>
      </w:r>
      <w:r>
        <w:br/>
        <w:t>Your paper must include:</w:t>
      </w:r>
      <w:r>
        <w:br/>
        <w:t>- A clear explanation of the chosen concept and its scientific development</w:t>
      </w:r>
      <w:r>
        <w:br/>
        <w:t>- Real-world application of the science</w:t>
      </w:r>
      <w:r>
        <w:br/>
        <w:t>- A discussion of both positive and negative impacts (environmental, societal, or ethical)</w:t>
      </w:r>
      <w:r>
        <w:br/>
        <w:t>- At least three descriptive diagrams or visuals with captions and references</w:t>
      </w:r>
      <w:r>
        <w:br/>
        <w:t>- A 1-paragraph reflection on your learning and your approach to maintaining academic integrity</w:t>
      </w:r>
      <w:r>
        <w:br/>
        <w:t>- A properly formatted Works Cited with at least three reliable sources</w:t>
      </w:r>
    </w:p>
    <w:p w14:paraId="17A3A492" w14:textId="77777777" w:rsidR="00C519A9" w:rsidRDefault="00000000">
      <w:pPr>
        <w:pStyle w:val="Heading2"/>
      </w:pPr>
      <w:r>
        <w:lastRenderedPageBreak/>
        <w:t>Standards for Success</w:t>
      </w:r>
    </w:p>
    <w:p w14:paraId="7BED3D57" w14:textId="77777777" w:rsidR="00C519A9" w:rsidRDefault="00000000">
      <w:r>
        <w:t>- Demonstrates clear understanding of science content</w:t>
      </w:r>
      <w:r>
        <w:br/>
        <w:t>- Applies scientific language effectively</w:t>
      </w:r>
      <w:r>
        <w:br/>
        <w:t>- Evaluates the broader impacts of science</w:t>
      </w:r>
      <w:r>
        <w:br/>
        <w:t>- Includes quality visuals to support explanations</w:t>
      </w:r>
      <w:r>
        <w:br/>
        <w:t>- Uses proper citations and academic formatting</w:t>
      </w:r>
    </w:p>
    <w:p w14:paraId="57573DAC" w14:textId="77777777" w:rsidR="00C519A9" w:rsidRDefault="00000000">
      <w:pPr>
        <w:pStyle w:val="Heading2"/>
      </w:pPr>
      <w:r>
        <w:t>Criterion D Strands</w:t>
      </w:r>
    </w:p>
    <w:p w14:paraId="48E5CE1E" w14:textId="77777777" w:rsidR="00C519A9" w:rsidRDefault="00000000">
      <w:r>
        <w:t>i. Explain the ways in which science is applied and used to address a specific problem or issue.</w:t>
      </w:r>
      <w:r>
        <w:br/>
        <w:t>ii. Discuss and evaluate the implications of the use of science and its application to solve a specific problem or issue.</w:t>
      </w:r>
      <w:r>
        <w:br/>
        <w:t>iii. Apply scientific language effectively.</w:t>
      </w:r>
      <w:r>
        <w:br/>
        <w:t>iv. Document the work of others and sources of information used.</w:t>
      </w:r>
    </w:p>
    <w:p w14:paraId="33213E8C" w14:textId="77777777" w:rsidR="00C519A9" w:rsidRDefault="00000000">
      <w:pPr>
        <w:pStyle w:val="Heading2"/>
      </w:pPr>
      <w:r>
        <w:t>Individualized Learning Verification Check</w:t>
      </w:r>
    </w:p>
    <w:p w14:paraId="1D695F0C" w14:textId="77777777" w:rsidR="00C519A9" w:rsidRDefault="00000000">
      <w:r>
        <w:t>Following submission, you will complete an in-class, handwritten test with 3–5 questions based on your own paper. These will be designed to verify your understanding of the content and your ability to communicate your research in your own words.</w:t>
      </w:r>
    </w:p>
    <w:p w14:paraId="6E700F32" w14:textId="77777777" w:rsidR="00C519A9" w:rsidRDefault="00000000">
      <w:pPr>
        <w:pStyle w:val="Heading2"/>
      </w:pPr>
      <w:r>
        <w:t>Assessment Rubric (Criterion D – 8 Marks)</w:t>
      </w:r>
    </w:p>
    <w:p w14:paraId="5C03E813" w14:textId="77777777" w:rsidR="00C519A9" w:rsidRDefault="00000000">
      <w:r>
        <w:t>A detailed rubric will be provided separately. It assesses your paper against the four strands listed above.</w:t>
      </w:r>
    </w:p>
    <w:p w14:paraId="1CEB04EF" w14:textId="77777777" w:rsidR="00C519A9" w:rsidRDefault="00000000">
      <w:r>
        <w:br w:type="page"/>
      </w:r>
    </w:p>
    <w:p w14:paraId="7F290B1A" w14:textId="29449118" w:rsidR="00C519A9" w:rsidRDefault="00000000">
      <w:pPr>
        <w:pStyle w:val="Heading1"/>
      </w:pPr>
      <w:r>
        <w:lastRenderedPageBreak/>
        <w:t>Criterion D Strands</w:t>
      </w:r>
    </w:p>
    <w:tbl>
      <w:tblPr>
        <w:tblStyle w:val="TableGrid"/>
        <w:tblW w:w="0" w:type="auto"/>
        <w:tblLook w:val="04A0" w:firstRow="1" w:lastRow="0" w:firstColumn="1" w:lastColumn="0" w:noHBand="0" w:noVBand="1"/>
      </w:tblPr>
      <w:tblGrid>
        <w:gridCol w:w="4315"/>
        <w:gridCol w:w="4315"/>
      </w:tblGrid>
      <w:tr w:rsidR="00C519A9" w14:paraId="5342BFDE" w14:textId="77777777">
        <w:tc>
          <w:tcPr>
            <w:tcW w:w="4320" w:type="dxa"/>
          </w:tcPr>
          <w:p w14:paraId="649BF32F" w14:textId="77777777" w:rsidR="00C519A9" w:rsidRDefault="00000000">
            <w:r>
              <w:t>IB Strand</w:t>
            </w:r>
          </w:p>
        </w:tc>
        <w:tc>
          <w:tcPr>
            <w:tcW w:w="4320" w:type="dxa"/>
          </w:tcPr>
          <w:p w14:paraId="4DCD2CF6" w14:textId="77777777" w:rsidR="00C519A9" w:rsidRDefault="00000000">
            <w:r>
              <w:t>Student-Friendly Version</w:t>
            </w:r>
          </w:p>
        </w:tc>
      </w:tr>
      <w:tr w:rsidR="00C519A9" w14:paraId="708C15E6" w14:textId="77777777">
        <w:tc>
          <w:tcPr>
            <w:tcW w:w="4320" w:type="dxa"/>
          </w:tcPr>
          <w:p w14:paraId="42C79412" w14:textId="77777777" w:rsidR="00C519A9" w:rsidRDefault="00000000">
            <w:r>
              <w:t>i. Explain how science is used to solve a problem or explore an issue.</w:t>
            </w:r>
          </w:p>
        </w:tc>
        <w:tc>
          <w:tcPr>
            <w:tcW w:w="4320" w:type="dxa"/>
          </w:tcPr>
          <w:p w14:paraId="7D884A01" w14:textId="77777777" w:rsidR="00C519A9" w:rsidRDefault="00000000">
            <w:r>
              <w:t>🎯 How is science being used? Tell us how science helps us understand or fix a real-world problem.</w:t>
            </w:r>
          </w:p>
        </w:tc>
      </w:tr>
      <w:tr w:rsidR="00C519A9" w14:paraId="0476BC4A" w14:textId="77777777">
        <w:tc>
          <w:tcPr>
            <w:tcW w:w="4320" w:type="dxa"/>
          </w:tcPr>
          <w:p w14:paraId="49311D67" w14:textId="77777777" w:rsidR="00C519A9" w:rsidRDefault="00000000">
            <w:r>
              <w:t>ii. Discuss and evaluate the impacts of applying science.</w:t>
            </w:r>
          </w:p>
        </w:tc>
        <w:tc>
          <w:tcPr>
            <w:tcW w:w="4320" w:type="dxa"/>
          </w:tcPr>
          <w:p w14:paraId="7C41D434" w14:textId="77777777" w:rsidR="00C519A9" w:rsidRDefault="00000000">
            <w:r>
              <w:t>⚖️ What are the effects? Think about the good and bad outcomes of using science this way.</w:t>
            </w:r>
          </w:p>
        </w:tc>
      </w:tr>
      <w:tr w:rsidR="00C519A9" w14:paraId="533F642C" w14:textId="77777777">
        <w:tc>
          <w:tcPr>
            <w:tcW w:w="4320" w:type="dxa"/>
          </w:tcPr>
          <w:p w14:paraId="5A221DDA" w14:textId="77777777" w:rsidR="00C519A9" w:rsidRDefault="00000000">
            <w:r>
              <w:t>iii. Use scientific language correctly.</w:t>
            </w:r>
          </w:p>
        </w:tc>
        <w:tc>
          <w:tcPr>
            <w:tcW w:w="4320" w:type="dxa"/>
          </w:tcPr>
          <w:p w14:paraId="69E00C29" w14:textId="77777777" w:rsidR="00C519A9" w:rsidRDefault="00000000">
            <w:r>
              <w:t>🧪 Do you sound like a scientist? Use correct terms to explain your ideas clearly.</w:t>
            </w:r>
          </w:p>
        </w:tc>
      </w:tr>
      <w:tr w:rsidR="00C519A9" w14:paraId="2DD05AD2" w14:textId="77777777">
        <w:tc>
          <w:tcPr>
            <w:tcW w:w="4320" w:type="dxa"/>
          </w:tcPr>
          <w:p w14:paraId="41F2DFAD" w14:textId="77777777" w:rsidR="00C519A9" w:rsidRDefault="00000000">
            <w:r>
              <w:t>iv. Acknowledge the work of others.</w:t>
            </w:r>
          </w:p>
        </w:tc>
        <w:tc>
          <w:tcPr>
            <w:tcW w:w="4320" w:type="dxa"/>
          </w:tcPr>
          <w:p w14:paraId="1D7BB4B6" w14:textId="77777777" w:rsidR="00C519A9" w:rsidRDefault="00000000">
            <w:r>
              <w:t>📚 Where did your info come from? Show your sources with a proper Works Cited section.</w:t>
            </w:r>
          </w:p>
        </w:tc>
      </w:tr>
    </w:tbl>
    <w:p w14:paraId="2D3906AD" w14:textId="77777777" w:rsidR="00C519A9" w:rsidRDefault="00000000">
      <w:r>
        <w:br w:type="page"/>
      </w:r>
    </w:p>
    <w:p w14:paraId="7FC1F342" w14:textId="77777777" w:rsidR="00C519A9" w:rsidRDefault="00000000">
      <w:pPr>
        <w:pStyle w:val="Heading1"/>
      </w:pPr>
      <w:r>
        <w:lastRenderedPageBreak/>
        <w:t>Criterion D Rubric (8 Marks Total)</w:t>
      </w:r>
    </w:p>
    <w:tbl>
      <w:tblPr>
        <w:tblStyle w:val="TableGrid"/>
        <w:tblW w:w="0" w:type="auto"/>
        <w:tblLook w:val="04A0" w:firstRow="1" w:lastRow="0" w:firstColumn="1" w:lastColumn="0" w:noHBand="0" w:noVBand="1"/>
      </w:tblPr>
      <w:tblGrid>
        <w:gridCol w:w="1723"/>
        <w:gridCol w:w="1727"/>
        <w:gridCol w:w="1727"/>
        <w:gridCol w:w="1726"/>
        <w:gridCol w:w="1727"/>
      </w:tblGrid>
      <w:tr w:rsidR="00C519A9" w14:paraId="001981DF" w14:textId="77777777">
        <w:tc>
          <w:tcPr>
            <w:tcW w:w="1728" w:type="dxa"/>
          </w:tcPr>
          <w:p w14:paraId="4E9E3811" w14:textId="77777777" w:rsidR="00C519A9" w:rsidRDefault="00000000">
            <w:r>
              <w:t>Level</w:t>
            </w:r>
          </w:p>
        </w:tc>
        <w:tc>
          <w:tcPr>
            <w:tcW w:w="1728" w:type="dxa"/>
          </w:tcPr>
          <w:p w14:paraId="26D9BF37" w14:textId="77777777" w:rsidR="00C519A9" w:rsidRDefault="00000000">
            <w:r>
              <w:t>Strand i (Use of Science)</w:t>
            </w:r>
          </w:p>
        </w:tc>
        <w:tc>
          <w:tcPr>
            <w:tcW w:w="1728" w:type="dxa"/>
          </w:tcPr>
          <w:p w14:paraId="0A896F0F" w14:textId="77777777" w:rsidR="00C519A9" w:rsidRDefault="00000000">
            <w:r>
              <w:t>Strand ii (Impacts)</w:t>
            </w:r>
          </w:p>
        </w:tc>
        <w:tc>
          <w:tcPr>
            <w:tcW w:w="1728" w:type="dxa"/>
          </w:tcPr>
          <w:p w14:paraId="55765044" w14:textId="77777777" w:rsidR="00C519A9" w:rsidRDefault="00000000">
            <w:r>
              <w:t>Strand iii (Scientific Language)</w:t>
            </w:r>
          </w:p>
        </w:tc>
        <w:tc>
          <w:tcPr>
            <w:tcW w:w="1728" w:type="dxa"/>
          </w:tcPr>
          <w:p w14:paraId="36F214EC" w14:textId="77777777" w:rsidR="00C519A9" w:rsidRDefault="00000000">
            <w:r>
              <w:t>Strand iv (Citations)</w:t>
            </w:r>
          </w:p>
        </w:tc>
      </w:tr>
      <w:tr w:rsidR="00C519A9" w14:paraId="21F2B088" w14:textId="77777777">
        <w:tc>
          <w:tcPr>
            <w:tcW w:w="1728" w:type="dxa"/>
          </w:tcPr>
          <w:p w14:paraId="35B2ED48" w14:textId="77777777" w:rsidR="00C519A9" w:rsidRDefault="00000000">
            <w:r>
              <w:t>1–2</w:t>
            </w:r>
          </w:p>
        </w:tc>
        <w:tc>
          <w:tcPr>
            <w:tcW w:w="1728" w:type="dxa"/>
          </w:tcPr>
          <w:p w14:paraId="2C45A3BF" w14:textId="77777777" w:rsidR="00C519A9" w:rsidRDefault="00000000">
            <w:r>
              <w:t>Vaguely mentions science with little clarity.</w:t>
            </w:r>
          </w:p>
        </w:tc>
        <w:tc>
          <w:tcPr>
            <w:tcW w:w="1728" w:type="dxa"/>
          </w:tcPr>
          <w:p w14:paraId="06A79FE5" w14:textId="77777777" w:rsidR="00C519A9" w:rsidRDefault="00000000">
            <w:r>
              <w:t>Gives very basic or one-sided ideas about the effects.</w:t>
            </w:r>
          </w:p>
        </w:tc>
        <w:tc>
          <w:tcPr>
            <w:tcW w:w="1728" w:type="dxa"/>
          </w:tcPr>
          <w:p w14:paraId="67ADCEEF" w14:textId="77777777" w:rsidR="00C519A9" w:rsidRDefault="00000000">
            <w:r>
              <w:t>Uses everyday words; scientific terms may be missing or used incorrectly.</w:t>
            </w:r>
          </w:p>
        </w:tc>
        <w:tc>
          <w:tcPr>
            <w:tcW w:w="1728" w:type="dxa"/>
          </w:tcPr>
          <w:p w14:paraId="11E89040" w14:textId="77777777" w:rsidR="00C519A9" w:rsidRDefault="00000000">
            <w:r>
              <w:t>Little or no attempt to cite sources.</w:t>
            </w:r>
          </w:p>
        </w:tc>
      </w:tr>
      <w:tr w:rsidR="00C519A9" w14:paraId="1D73B15C" w14:textId="77777777">
        <w:tc>
          <w:tcPr>
            <w:tcW w:w="1728" w:type="dxa"/>
          </w:tcPr>
          <w:p w14:paraId="766B1D9B" w14:textId="77777777" w:rsidR="00C519A9" w:rsidRDefault="00000000">
            <w:r>
              <w:t>3–4</w:t>
            </w:r>
          </w:p>
        </w:tc>
        <w:tc>
          <w:tcPr>
            <w:tcW w:w="1728" w:type="dxa"/>
          </w:tcPr>
          <w:p w14:paraId="065BB91A" w14:textId="77777777" w:rsidR="00C519A9" w:rsidRDefault="00000000">
            <w:r>
              <w:t>Describes how science is used with some clarity.</w:t>
            </w:r>
          </w:p>
        </w:tc>
        <w:tc>
          <w:tcPr>
            <w:tcW w:w="1728" w:type="dxa"/>
          </w:tcPr>
          <w:p w14:paraId="07D8BC3E" w14:textId="77777777" w:rsidR="00C519A9" w:rsidRDefault="00000000">
            <w:r>
              <w:t>Mentions both pros and cons but with limited depth.</w:t>
            </w:r>
          </w:p>
        </w:tc>
        <w:tc>
          <w:tcPr>
            <w:tcW w:w="1728" w:type="dxa"/>
          </w:tcPr>
          <w:p w14:paraId="20BA46EE" w14:textId="77777777" w:rsidR="00C519A9" w:rsidRDefault="00000000">
            <w:r>
              <w:t>Uses some scientific words correctly, though not consistently.</w:t>
            </w:r>
          </w:p>
        </w:tc>
        <w:tc>
          <w:tcPr>
            <w:tcW w:w="1728" w:type="dxa"/>
          </w:tcPr>
          <w:p w14:paraId="253FD8FA" w14:textId="77777777" w:rsidR="00C519A9" w:rsidRDefault="00000000">
            <w:r>
              <w:t>Includes some citations; may be incomplete or inconsistent.</w:t>
            </w:r>
          </w:p>
        </w:tc>
      </w:tr>
      <w:tr w:rsidR="00C519A9" w14:paraId="79A18B28" w14:textId="77777777">
        <w:tc>
          <w:tcPr>
            <w:tcW w:w="1728" w:type="dxa"/>
          </w:tcPr>
          <w:p w14:paraId="7A67D549" w14:textId="77777777" w:rsidR="00C519A9" w:rsidRDefault="00000000">
            <w:r>
              <w:t>5–6</w:t>
            </w:r>
          </w:p>
        </w:tc>
        <w:tc>
          <w:tcPr>
            <w:tcW w:w="1728" w:type="dxa"/>
          </w:tcPr>
          <w:p w14:paraId="7C6E3A91" w14:textId="77777777" w:rsidR="00C519A9" w:rsidRDefault="00000000">
            <w:r>
              <w:t>Clearly explains how science is used to solve a problem or explore an issue.</w:t>
            </w:r>
          </w:p>
        </w:tc>
        <w:tc>
          <w:tcPr>
            <w:tcW w:w="1728" w:type="dxa"/>
          </w:tcPr>
          <w:p w14:paraId="2BC9BFFE" w14:textId="77777777" w:rsidR="00C519A9" w:rsidRDefault="00000000">
            <w:r>
              <w:t>Thoughtfully discusses both positive and negative implications with supporting examples.</w:t>
            </w:r>
          </w:p>
        </w:tc>
        <w:tc>
          <w:tcPr>
            <w:tcW w:w="1728" w:type="dxa"/>
          </w:tcPr>
          <w:p w14:paraId="75D73BBA" w14:textId="77777777" w:rsidR="00C519A9" w:rsidRDefault="00000000">
            <w:r>
              <w:t>Frequently and accurately uses scientific terms.</w:t>
            </w:r>
          </w:p>
        </w:tc>
        <w:tc>
          <w:tcPr>
            <w:tcW w:w="1728" w:type="dxa"/>
          </w:tcPr>
          <w:p w14:paraId="5D1B4136" w14:textId="77777777" w:rsidR="00C519A9" w:rsidRDefault="00000000">
            <w:r>
              <w:t>Cites multiple sources properly with mostly correct formatting.</w:t>
            </w:r>
          </w:p>
        </w:tc>
      </w:tr>
      <w:tr w:rsidR="00C519A9" w14:paraId="74D2A99C" w14:textId="77777777">
        <w:tc>
          <w:tcPr>
            <w:tcW w:w="1728" w:type="dxa"/>
          </w:tcPr>
          <w:p w14:paraId="456475DE" w14:textId="77777777" w:rsidR="00C519A9" w:rsidRDefault="00000000">
            <w:r>
              <w:t>7–8</w:t>
            </w:r>
          </w:p>
        </w:tc>
        <w:tc>
          <w:tcPr>
            <w:tcW w:w="1728" w:type="dxa"/>
          </w:tcPr>
          <w:p w14:paraId="3A0A94B3" w14:textId="77777777" w:rsidR="00C519A9" w:rsidRDefault="00000000">
            <w:r>
              <w:t>Thorough and insightful explanation of how science is used, including context or development.</w:t>
            </w:r>
          </w:p>
        </w:tc>
        <w:tc>
          <w:tcPr>
            <w:tcW w:w="1728" w:type="dxa"/>
          </w:tcPr>
          <w:p w14:paraId="42F762B4" w14:textId="77777777" w:rsidR="00C519A9" w:rsidRDefault="00000000">
            <w:r>
              <w:t>Provides a deep, balanced evaluation of the science’s short- and long-term effects.</w:t>
            </w:r>
          </w:p>
        </w:tc>
        <w:tc>
          <w:tcPr>
            <w:tcW w:w="1728" w:type="dxa"/>
          </w:tcPr>
          <w:p w14:paraId="27927EC4" w14:textId="77777777" w:rsidR="00C519A9" w:rsidRDefault="00000000">
            <w:r>
              <w:t>Skillful, fluent use of precise scientific vocabulary throughout.</w:t>
            </w:r>
          </w:p>
        </w:tc>
        <w:tc>
          <w:tcPr>
            <w:tcW w:w="1728" w:type="dxa"/>
          </w:tcPr>
          <w:p w14:paraId="3A15E3D8" w14:textId="77777777" w:rsidR="00C519A9" w:rsidRDefault="00000000">
            <w:r>
              <w:t>Accurately and consistently documents all sources using a correct citation format.</w:t>
            </w:r>
          </w:p>
        </w:tc>
      </w:tr>
    </w:tbl>
    <w:p w14:paraId="50C1C533" w14:textId="77777777" w:rsidR="006B08BF" w:rsidRDefault="006B08BF"/>
    <w:sectPr w:rsidR="006B08B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9279644">
    <w:abstractNumId w:val="8"/>
  </w:num>
  <w:num w:numId="2" w16cid:durableId="718361720">
    <w:abstractNumId w:val="6"/>
  </w:num>
  <w:num w:numId="3" w16cid:durableId="411121473">
    <w:abstractNumId w:val="5"/>
  </w:num>
  <w:num w:numId="4" w16cid:durableId="1648776056">
    <w:abstractNumId w:val="4"/>
  </w:num>
  <w:num w:numId="5" w16cid:durableId="2132895963">
    <w:abstractNumId w:val="7"/>
  </w:num>
  <w:num w:numId="6" w16cid:durableId="1699812486">
    <w:abstractNumId w:val="3"/>
  </w:num>
  <w:num w:numId="7" w16cid:durableId="1686055176">
    <w:abstractNumId w:val="2"/>
  </w:num>
  <w:num w:numId="8" w16cid:durableId="1407801359">
    <w:abstractNumId w:val="1"/>
  </w:num>
  <w:num w:numId="9" w16cid:durableId="1885172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26C7"/>
    <w:rsid w:val="0029639D"/>
    <w:rsid w:val="00326F90"/>
    <w:rsid w:val="004B3517"/>
    <w:rsid w:val="006B08BF"/>
    <w:rsid w:val="00AA1D8D"/>
    <w:rsid w:val="00B47730"/>
    <w:rsid w:val="00C519A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1508BB"/>
  <w14:defaultImageDpi w14:val="300"/>
  <w15:docId w15:val="{93B553F3-4071-4390-8879-BF53FA8CD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754</Words>
  <Characters>3864</Characters>
  <Application>Microsoft Office Word</Application>
  <DocSecurity>0</DocSecurity>
  <Lines>117</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Young</cp:lastModifiedBy>
  <cp:revision>2</cp:revision>
  <dcterms:created xsi:type="dcterms:W3CDTF">2025-05-08T01:17:00Z</dcterms:created>
  <dcterms:modified xsi:type="dcterms:W3CDTF">2025-05-08T01:17:00Z</dcterms:modified>
  <cp:category/>
</cp:coreProperties>
</file>